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D7C9C" w14:textId="77777777" w:rsidR="00784186" w:rsidRPr="00A5465D" w:rsidRDefault="00A5465D">
      <w:pPr>
        <w:pStyle w:val="Titel"/>
        <w:jc w:val="center"/>
        <w:rPr>
          <w:lang w:val="nl-NL"/>
        </w:rPr>
      </w:pPr>
      <w:r w:rsidRPr="00A5465D">
        <w:rPr>
          <w:lang w:val="nl-NL"/>
        </w:rPr>
        <w:t>Afspraken Autodelen Laak</w:t>
      </w:r>
    </w:p>
    <w:p w14:paraId="40DE6158" w14:textId="77777777" w:rsidR="00784186" w:rsidRPr="002E5C98" w:rsidRDefault="00A5465D" w:rsidP="00A5465D">
      <w:pPr>
        <w:rPr>
          <w:rFonts w:asciiTheme="majorHAnsi" w:hAnsiTheme="majorHAnsi" w:cstheme="majorHAnsi"/>
          <w:b/>
          <w:bCs/>
          <w:lang w:val="nl-NL"/>
        </w:rPr>
      </w:pPr>
      <w:r w:rsidRPr="00A5465D">
        <w:rPr>
          <w:rFonts w:ascii="Segoe UI Emoji" w:hAnsi="Segoe UI Emoji" w:cs="Segoe UI Emoji"/>
          <w:b/>
          <w:bCs/>
        </w:rPr>
        <w:t>🚗</w:t>
      </w:r>
      <w:r w:rsidRPr="002E5C98">
        <w:rPr>
          <w:rFonts w:asciiTheme="majorHAnsi" w:hAnsiTheme="majorHAnsi" w:cstheme="majorHAnsi"/>
          <w:b/>
          <w:bCs/>
          <w:lang w:val="nl-NL"/>
        </w:rPr>
        <w:t xml:space="preserve"> Afspraken voor gebruik</w:t>
      </w:r>
    </w:p>
    <w:p w14:paraId="6517E0A5" w14:textId="2F6C44F8" w:rsidR="008528A2" w:rsidRPr="0069182D" w:rsidRDefault="008528A2" w:rsidP="008528A2">
      <w:pPr>
        <w:pStyle w:val="Lijstopsomteken"/>
        <w:numPr>
          <w:ilvl w:val="0"/>
          <w:numId w:val="0"/>
        </w:numPr>
        <w:ind w:left="360"/>
        <w:jc w:val="center"/>
        <w:rPr>
          <w:lang w:val="nl-NL"/>
        </w:rPr>
      </w:pPr>
      <w:r w:rsidRPr="008528A2">
        <w:rPr>
          <w:rFonts w:ascii="Segoe UI Emoji" w:hAnsi="Segoe UI Emoji" w:cs="Segoe UI Emoji"/>
          <w:b/>
          <w:bCs/>
        </w:rPr>
        <w:t>🚭</w:t>
      </w:r>
      <w:r w:rsidRPr="008528A2">
        <w:rPr>
          <w:b/>
          <w:bCs/>
          <w:lang w:val="nl-NL"/>
        </w:rPr>
        <w:t xml:space="preserve"> Roken is niet toegestaan in de auto </w:t>
      </w:r>
      <w:r w:rsidRPr="0069182D">
        <w:rPr>
          <w:lang w:val="nl-NL"/>
        </w:rPr>
        <w:t>– ook niet met het raam open</w:t>
      </w:r>
    </w:p>
    <w:p w14:paraId="2E493221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Laat de auto schoon achter van binnen.</w:t>
      </w:r>
    </w:p>
    <w:p w14:paraId="422ACE94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Laad de auto op als de accu onder de 70% is. Zet hem dan bij terugkomst aan de laadpaal.</w:t>
      </w:r>
    </w:p>
    <w:p w14:paraId="7F43DDAD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 xml:space="preserve">Spiegels inklappen na het parkeren met het knopje op de </w:t>
      </w:r>
      <w:proofErr w:type="spellStart"/>
      <w:r w:rsidRPr="00A5465D">
        <w:rPr>
          <w:rFonts w:asciiTheme="majorHAnsi" w:hAnsiTheme="majorHAnsi" w:cstheme="majorHAnsi"/>
          <w:lang w:val="nl-NL"/>
        </w:rPr>
        <w:t>linkerdeur</w:t>
      </w:r>
      <w:proofErr w:type="spellEnd"/>
      <w:r w:rsidRPr="00A5465D">
        <w:rPr>
          <w:rFonts w:asciiTheme="majorHAnsi" w:hAnsiTheme="majorHAnsi" w:cstheme="majorHAnsi"/>
          <w:lang w:val="nl-NL"/>
        </w:rPr>
        <w:t>.</w:t>
      </w:r>
    </w:p>
    <w:p w14:paraId="699C34D9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 xml:space="preserve">Huisdieren alleen vervoeren in een </w:t>
      </w:r>
      <w:proofErr w:type="spellStart"/>
      <w:r w:rsidRPr="00A5465D">
        <w:rPr>
          <w:rFonts w:asciiTheme="majorHAnsi" w:hAnsiTheme="majorHAnsi" w:cstheme="majorHAnsi"/>
          <w:lang w:val="nl-NL"/>
        </w:rPr>
        <w:t>bench</w:t>
      </w:r>
      <w:proofErr w:type="spellEnd"/>
      <w:r w:rsidRPr="00A5465D">
        <w:rPr>
          <w:rFonts w:asciiTheme="majorHAnsi" w:hAnsiTheme="majorHAnsi" w:cstheme="majorHAnsi"/>
          <w:lang w:val="nl-NL"/>
        </w:rPr>
        <w:t>, mand of op een kleed.</w:t>
      </w:r>
    </w:p>
    <w:p w14:paraId="4BFA849C" w14:textId="0F572B16" w:rsidR="00784186" w:rsidRPr="00A5465D" w:rsidRDefault="00A5465D" w:rsidP="00A5465D">
      <w:pPr>
        <w:rPr>
          <w:rFonts w:asciiTheme="majorHAnsi" w:hAnsiTheme="majorHAnsi" w:cstheme="majorHAnsi"/>
          <w:b/>
          <w:bCs/>
          <w:lang w:val="nl-NL"/>
        </w:rPr>
      </w:pPr>
      <w:r w:rsidRPr="00A5465D">
        <w:rPr>
          <w:rFonts w:ascii="Segoe UI Emoji" w:hAnsi="Segoe UI Emoji" w:cs="Segoe UI Emoji"/>
          <w:b/>
          <w:bCs/>
        </w:rPr>
        <w:t>🚫</w:t>
      </w:r>
      <w:r w:rsidRPr="00A5465D">
        <w:rPr>
          <w:rFonts w:asciiTheme="majorHAnsi" w:hAnsiTheme="majorHAnsi" w:cstheme="majorHAnsi"/>
          <w:b/>
          <w:bCs/>
          <w:lang w:val="nl-NL"/>
        </w:rPr>
        <w:t xml:space="preserve"> Foutparkeerder op onze plek?</w:t>
      </w:r>
    </w:p>
    <w:p w14:paraId="64BE33E7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Leg een flyer uit het dashboardkastje onder de ruitenwisser.</w:t>
      </w:r>
    </w:p>
    <w:p w14:paraId="6FDA1FF3" w14:textId="77777777" w:rsidR="00784186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Meld het via de website: meldingen.denhaag.nl</w:t>
      </w:r>
    </w:p>
    <w:p w14:paraId="72CB1861" w14:textId="461F1A38" w:rsidR="00AD46A4" w:rsidRDefault="00AD46A4">
      <w:pPr>
        <w:pStyle w:val="Lijstopsomteken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>Parkeer de auto zo dicht mogelijk in de buurt van de eigen plek</w:t>
      </w:r>
    </w:p>
    <w:p w14:paraId="1512CAD0" w14:textId="77777777" w:rsidR="008528A2" w:rsidRDefault="008528A2" w:rsidP="008528A2">
      <w:pPr>
        <w:pStyle w:val="Lijstopsomteken"/>
        <w:rPr>
          <w:rFonts w:asciiTheme="majorHAnsi" w:hAnsiTheme="majorHAnsi" w:cstheme="majorHAnsi"/>
          <w:lang w:val="nl-NL"/>
        </w:rPr>
      </w:pPr>
      <w:r w:rsidRPr="008528A2">
        <w:rPr>
          <w:rFonts w:asciiTheme="majorHAnsi" w:hAnsiTheme="majorHAnsi" w:cstheme="majorHAnsi"/>
          <w:lang w:val="nl-NL"/>
        </w:rPr>
        <w:t>Parkeer je meer dan een straat verder? Laat het dan in de whatsappgroep weten.</w:t>
      </w:r>
    </w:p>
    <w:p w14:paraId="72E1FB6B" w14:textId="0E177718" w:rsidR="00B2177A" w:rsidRPr="00B2177A" w:rsidRDefault="00076727" w:rsidP="00B2177A">
      <w:pPr>
        <w:pStyle w:val="Lijstopsomteken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 xml:space="preserve">Is er nergens een plek vrij? Zie </w:t>
      </w:r>
      <w:r w:rsidR="00ED5D52">
        <w:rPr>
          <w:rFonts w:asciiTheme="majorHAnsi" w:hAnsiTheme="majorHAnsi" w:cstheme="majorHAnsi"/>
          <w:lang w:val="nl-NL"/>
        </w:rPr>
        <w:t>achterzijde.</w:t>
      </w:r>
    </w:p>
    <w:p w14:paraId="1E0890DC" w14:textId="77777777" w:rsidR="00784186" w:rsidRPr="00A5465D" w:rsidRDefault="00A5465D" w:rsidP="00A5465D">
      <w:pPr>
        <w:rPr>
          <w:rFonts w:asciiTheme="majorHAnsi" w:hAnsiTheme="majorHAnsi" w:cstheme="majorHAnsi"/>
          <w:b/>
          <w:bCs/>
        </w:rPr>
      </w:pPr>
      <w:r w:rsidRPr="00A5465D">
        <w:rPr>
          <w:rFonts w:ascii="Segoe UI Emoji" w:hAnsi="Segoe UI Emoji" w:cs="Segoe UI Emoji"/>
          <w:b/>
          <w:bCs/>
        </w:rPr>
        <w:t>🧼</w:t>
      </w:r>
      <w:r w:rsidRPr="00A5465D">
        <w:rPr>
          <w:rFonts w:asciiTheme="majorHAnsi" w:hAnsiTheme="majorHAnsi" w:cstheme="majorHAnsi"/>
          <w:b/>
          <w:bCs/>
        </w:rPr>
        <w:t xml:space="preserve"> Auto </w:t>
      </w:r>
      <w:proofErr w:type="spellStart"/>
      <w:r w:rsidRPr="00A5465D">
        <w:rPr>
          <w:rFonts w:asciiTheme="majorHAnsi" w:hAnsiTheme="majorHAnsi" w:cstheme="majorHAnsi"/>
          <w:b/>
          <w:bCs/>
        </w:rPr>
        <w:t>wassen</w:t>
      </w:r>
      <w:proofErr w:type="spellEnd"/>
    </w:p>
    <w:p w14:paraId="49AA0AD5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 xml:space="preserve">Gebruik de </w:t>
      </w:r>
      <w:proofErr w:type="spellStart"/>
      <w:r w:rsidRPr="00A5465D">
        <w:rPr>
          <w:rFonts w:asciiTheme="majorHAnsi" w:hAnsiTheme="majorHAnsi" w:cstheme="majorHAnsi"/>
          <w:lang w:val="nl-NL"/>
        </w:rPr>
        <w:t>waspas</w:t>
      </w:r>
      <w:proofErr w:type="spellEnd"/>
      <w:r w:rsidRPr="00A5465D">
        <w:rPr>
          <w:rFonts w:asciiTheme="majorHAnsi" w:hAnsiTheme="majorHAnsi" w:cstheme="majorHAnsi"/>
          <w:lang w:val="nl-NL"/>
        </w:rPr>
        <w:t xml:space="preserve"> (ligt in de auto).</w:t>
      </w:r>
    </w:p>
    <w:p w14:paraId="1B6E6F17" w14:textId="7823540F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Op de pas staat een QR-code met</w:t>
      </w:r>
      <w:r>
        <w:rPr>
          <w:rFonts w:asciiTheme="majorHAnsi" w:hAnsiTheme="majorHAnsi" w:cstheme="majorHAnsi"/>
          <w:lang w:val="nl-NL"/>
        </w:rPr>
        <w:t xml:space="preserve"> aangesloten wasstraten en de pincode</w:t>
      </w:r>
    </w:p>
    <w:p w14:paraId="2D6DE523" w14:textId="77777777" w:rsidR="00784186" w:rsidRPr="00A5465D" w:rsidRDefault="00A5465D" w:rsidP="00A5465D">
      <w:pPr>
        <w:rPr>
          <w:rFonts w:asciiTheme="majorHAnsi" w:hAnsiTheme="majorHAnsi" w:cstheme="majorHAnsi"/>
          <w:b/>
          <w:bCs/>
          <w:lang w:val="nl-NL"/>
        </w:rPr>
      </w:pPr>
      <w:r w:rsidRPr="00A5465D">
        <w:rPr>
          <w:rFonts w:ascii="Segoe UI Emoji" w:hAnsi="Segoe UI Emoji" w:cs="Segoe UI Emoji"/>
          <w:b/>
          <w:bCs/>
        </w:rPr>
        <w:t>🔧</w:t>
      </w:r>
      <w:r w:rsidRPr="00A5465D">
        <w:rPr>
          <w:rFonts w:asciiTheme="majorHAnsi" w:hAnsiTheme="majorHAnsi" w:cstheme="majorHAnsi"/>
          <w:b/>
          <w:bCs/>
          <w:lang w:val="nl-NL"/>
        </w:rPr>
        <w:t xml:space="preserve"> Reparatie of onderhoud nodig?</w:t>
      </w:r>
    </w:p>
    <w:p w14:paraId="6BFC30E6" w14:textId="4B0C62FB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 xml:space="preserve">Je mag </w:t>
      </w:r>
      <w:r>
        <w:rPr>
          <w:rFonts w:asciiTheme="majorHAnsi" w:hAnsiTheme="majorHAnsi" w:cstheme="majorHAnsi"/>
          <w:lang w:val="nl-NL"/>
        </w:rPr>
        <w:t xml:space="preserve">als het nodig is </w:t>
      </w:r>
      <w:r w:rsidRPr="00A5465D">
        <w:rPr>
          <w:rFonts w:asciiTheme="majorHAnsi" w:hAnsiTheme="majorHAnsi" w:cstheme="majorHAnsi"/>
          <w:lang w:val="nl-NL"/>
        </w:rPr>
        <w:t>zelf naar de dealer gaan.</w:t>
      </w:r>
    </w:p>
    <w:p w14:paraId="44ECE8CE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Maak een reservering en zet bij opmerkingen: Beheer + reden.</w:t>
      </w:r>
    </w:p>
    <w:p w14:paraId="4FAC0D6A" w14:textId="617CD1F4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Deze reservering kost geen tegoed.</w:t>
      </w:r>
      <w:r>
        <w:rPr>
          <w:rFonts w:asciiTheme="majorHAnsi" w:hAnsiTheme="majorHAnsi" w:cstheme="majorHAnsi"/>
          <w:lang w:val="nl-NL"/>
        </w:rPr>
        <w:t xml:space="preserve"> De garage regelt </w:t>
      </w:r>
      <w:r w:rsidR="008142D9">
        <w:rPr>
          <w:rFonts w:asciiTheme="majorHAnsi" w:hAnsiTheme="majorHAnsi" w:cstheme="majorHAnsi"/>
          <w:lang w:val="nl-NL"/>
        </w:rPr>
        <w:t>d</w:t>
      </w:r>
      <w:r>
        <w:rPr>
          <w:rFonts w:asciiTheme="majorHAnsi" w:hAnsiTheme="majorHAnsi" w:cstheme="majorHAnsi"/>
          <w:lang w:val="nl-NL"/>
        </w:rPr>
        <w:t>e betaling met leaseplan.</w:t>
      </w:r>
    </w:p>
    <w:p w14:paraId="2054A974" w14:textId="77777777" w:rsidR="00784186" w:rsidRPr="00A5465D" w:rsidRDefault="00A5465D" w:rsidP="00A5465D">
      <w:pPr>
        <w:rPr>
          <w:rFonts w:asciiTheme="majorHAnsi" w:hAnsiTheme="majorHAnsi" w:cstheme="majorHAnsi"/>
          <w:b/>
          <w:bCs/>
        </w:rPr>
      </w:pPr>
      <w:r w:rsidRPr="00A5465D">
        <w:rPr>
          <w:rFonts w:ascii="Segoe UI Emoji" w:hAnsi="Segoe UI Emoji" w:cs="Segoe UI Emoji"/>
          <w:b/>
          <w:bCs/>
        </w:rPr>
        <w:t>⚡</w:t>
      </w:r>
      <w:r w:rsidRPr="00A5465D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5465D">
        <w:rPr>
          <w:rFonts w:asciiTheme="majorHAnsi" w:hAnsiTheme="majorHAnsi" w:cstheme="majorHAnsi"/>
          <w:b/>
          <w:bCs/>
        </w:rPr>
        <w:t>Kapotte</w:t>
      </w:r>
      <w:proofErr w:type="spellEnd"/>
      <w:r w:rsidRPr="00A5465D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A5465D">
        <w:rPr>
          <w:rFonts w:asciiTheme="majorHAnsi" w:hAnsiTheme="majorHAnsi" w:cstheme="majorHAnsi"/>
          <w:b/>
          <w:bCs/>
        </w:rPr>
        <w:t>laadpaal</w:t>
      </w:r>
      <w:proofErr w:type="spellEnd"/>
      <w:r w:rsidRPr="00A5465D">
        <w:rPr>
          <w:rFonts w:asciiTheme="majorHAnsi" w:hAnsiTheme="majorHAnsi" w:cstheme="majorHAnsi"/>
          <w:b/>
          <w:bCs/>
        </w:rPr>
        <w:t>?</w:t>
      </w:r>
    </w:p>
    <w:p w14:paraId="6AF57BD0" w14:textId="77777777" w:rsidR="00784186" w:rsidRPr="00A5465D" w:rsidRDefault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Bel het storingsnummer op de paal zelf.</w:t>
      </w:r>
    </w:p>
    <w:p w14:paraId="02611755" w14:textId="3FDED043" w:rsidR="00784186" w:rsidRPr="00A5465D" w:rsidRDefault="00A5465D" w:rsidP="00A5465D">
      <w:pPr>
        <w:rPr>
          <w:rFonts w:asciiTheme="majorHAnsi" w:hAnsiTheme="majorHAnsi" w:cstheme="majorHAnsi"/>
          <w:b/>
          <w:bCs/>
        </w:rPr>
      </w:pPr>
      <w:r w:rsidRPr="00A5465D">
        <w:rPr>
          <w:rFonts w:ascii="Segoe UI Emoji" w:hAnsi="Segoe UI Emoji" w:cs="Segoe UI Emoji"/>
          <w:b/>
          <w:bCs/>
        </w:rPr>
        <w:t>ℹ️</w:t>
      </w:r>
      <w:r w:rsidR="005B73FE">
        <w:rPr>
          <w:rFonts w:ascii="Segoe UI Emoji" w:hAnsi="Segoe UI Emoji" w:cs="Segoe UI Emoji"/>
          <w:b/>
          <w:bCs/>
        </w:rPr>
        <w:t xml:space="preserve"> Andere </w:t>
      </w:r>
      <w:proofErr w:type="spellStart"/>
      <w:r w:rsidR="005B73FE">
        <w:rPr>
          <w:rFonts w:ascii="Segoe UI Emoji" w:hAnsi="Segoe UI Emoji" w:cs="Segoe UI Emoji"/>
          <w:b/>
          <w:bCs/>
        </w:rPr>
        <w:t>problemen</w:t>
      </w:r>
      <w:proofErr w:type="spellEnd"/>
      <w:r w:rsidRPr="00A5465D">
        <w:rPr>
          <w:rFonts w:asciiTheme="majorHAnsi" w:hAnsiTheme="majorHAnsi" w:cstheme="majorHAnsi"/>
          <w:b/>
          <w:bCs/>
        </w:rPr>
        <w:t>?</w:t>
      </w:r>
    </w:p>
    <w:p w14:paraId="101E3171" w14:textId="67550F33" w:rsidR="00784186" w:rsidRDefault="00A5465D" w:rsidP="00A5465D">
      <w:pPr>
        <w:pStyle w:val="Lijstopsomteken"/>
        <w:rPr>
          <w:rFonts w:asciiTheme="majorHAnsi" w:hAnsiTheme="majorHAnsi" w:cstheme="majorHAnsi"/>
          <w:lang w:val="nl-NL"/>
        </w:rPr>
      </w:pPr>
      <w:r w:rsidRPr="00A5465D">
        <w:rPr>
          <w:rFonts w:asciiTheme="majorHAnsi" w:hAnsiTheme="majorHAnsi" w:cstheme="majorHAnsi"/>
          <w:lang w:val="nl-NL"/>
        </w:rPr>
        <w:t>Krijg je de melding 'Geen sleutel gedetecteerd'</w:t>
      </w:r>
      <w:r w:rsidR="005B73FE">
        <w:rPr>
          <w:rFonts w:asciiTheme="majorHAnsi" w:hAnsiTheme="majorHAnsi" w:cstheme="majorHAnsi"/>
          <w:lang w:val="nl-NL"/>
        </w:rPr>
        <w:t xml:space="preserve"> bij starten</w:t>
      </w:r>
      <w:r w:rsidRPr="00A5465D">
        <w:rPr>
          <w:rFonts w:asciiTheme="majorHAnsi" w:hAnsiTheme="majorHAnsi" w:cstheme="majorHAnsi"/>
          <w:lang w:val="nl-NL"/>
        </w:rPr>
        <w:t>?</w:t>
      </w:r>
      <w:r>
        <w:rPr>
          <w:rFonts w:asciiTheme="majorHAnsi" w:hAnsiTheme="majorHAnsi" w:cstheme="majorHAnsi"/>
          <w:lang w:val="nl-NL"/>
        </w:rPr>
        <w:t xml:space="preserve"> K</w:t>
      </w:r>
      <w:r w:rsidRPr="00A5465D">
        <w:rPr>
          <w:rFonts w:asciiTheme="majorHAnsi" w:hAnsiTheme="majorHAnsi" w:cstheme="majorHAnsi"/>
          <w:lang w:val="nl-NL"/>
        </w:rPr>
        <w:t>lik dan nog een keer op ‘Openen’ in de app.</w:t>
      </w:r>
    </w:p>
    <w:p w14:paraId="6C57A799" w14:textId="670C8E9E" w:rsidR="005B73FE" w:rsidRDefault="005B73FE" w:rsidP="00A5465D">
      <w:pPr>
        <w:pStyle w:val="Lijstopsomteken"/>
        <w:rPr>
          <w:rFonts w:asciiTheme="majorHAnsi" w:hAnsiTheme="majorHAnsi" w:cstheme="majorHAnsi"/>
          <w:lang w:val="nl-NL"/>
        </w:rPr>
      </w:pPr>
      <w:r>
        <w:rPr>
          <w:rFonts w:asciiTheme="majorHAnsi" w:hAnsiTheme="majorHAnsi" w:cstheme="majorHAnsi"/>
          <w:lang w:val="nl-NL"/>
        </w:rPr>
        <w:t xml:space="preserve">Heb je problemen onderweg? Bel Onzeauto: </w:t>
      </w:r>
      <w:r w:rsidR="00892D13" w:rsidRPr="00892D13">
        <w:rPr>
          <w:rFonts w:asciiTheme="majorHAnsi" w:hAnsiTheme="majorHAnsi" w:cstheme="majorHAnsi"/>
          <w:lang w:val="nl-NL"/>
        </w:rPr>
        <w:t>+31302271540</w:t>
      </w:r>
    </w:p>
    <w:p w14:paraId="7BEAA781" w14:textId="724C3B23" w:rsidR="00981973" w:rsidRPr="002E5C98" w:rsidRDefault="00981973" w:rsidP="00981973">
      <w:pPr>
        <w:pStyle w:val="Lijstopsomteken"/>
        <w:numPr>
          <w:ilvl w:val="0"/>
          <w:numId w:val="0"/>
        </w:numPr>
        <w:rPr>
          <w:lang w:val="nl-NL"/>
        </w:rPr>
      </w:pPr>
      <w:r>
        <w:rPr>
          <w:rFonts w:ascii="Segoe UI Emoji" w:hAnsi="Segoe UI Emoji" w:cs="Segoe UI Emoji"/>
        </w:rPr>
        <w:br/>
      </w:r>
      <w:r w:rsidRPr="00A5465D">
        <w:rPr>
          <w:rFonts w:ascii="Segoe UI Emoji" w:hAnsi="Segoe UI Emoji" w:cs="Segoe UI Emoji"/>
        </w:rPr>
        <w:t>📞</w:t>
      </w:r>
      <w:r w:rsidRPr="002E5C98">
        <w:rPr>
          <w:lang w:val="nl-NL"/>
        </w:rPr>
        <w:t xml:space="preserve"> Beheer per auto</w:t>
      </w:r>
    </w:p>
    <w:p w14:paraId="7DC7FABA" w14:textId="01F7390B" w:rsidR="00ED5D52" w:rsidRDefault="00981973" w:rsidP="00CA7137">
      <w:pPr>
        <w:pStyle w:val="Lijstopsomteken"/>
        <w:rPr>
          <w:lang w:val="nl-NL"/>
        </w:rPr>
      </w:pPr>
      <w:r w:rsidRPr="00A5465D">
        <w:rPr>
          <w:lang w:val="nl-NL"/>
        </w:rPr>
        <w:t>Elke auto heeft een eigen beheerder. In onze WhatsAppgroep kun je zien wie dat is en hoe je</w:t>
      </w:r>
      <w:r>
        <w:rPr>
          <w:lang w:val="nl-NL"/>
        </w:rPr>
        <w:t xml:space="preserve"> </w:t>
      </w:r>
      <w:r w:rsidRPr="00A5465D">
        <w:rPr>
          <w:lang w:val="nl-NL"/>
        </w:rPr>
        <w:t>contact kunt opnemen.</w:t>
      </w:r>
    </w:p>
    <w:p w14:paraId="08641145" w14:textId="397B5717" w:rsidR="00981973" w:rsidRDefault="00ED5D52" w:rsidP="0036688A">
      <w:pPr>
        <w:pStyle w:val="Lijstopsomteken"/>
        <w:rPr>
          <w:lang w:val="nl-NL"/>
        </w:rPr>
      </w:pPr>
      <w:r>
        <w:rPr>
          <w:lang w:val="nl-NL"/>
        </w:rPr>
        <w:br w:type="page"/>
      </w:r>
      <w:r>
        <w:rPr>
          <w:lang w:val="nl-NL"/>
        </w:rPr>
        <w:lastRenderedPageBreak/>
        <w:t xml:space="preserve">Als er </w:t>
      </w:r>
      <w:r w:rsidR="009D4169">
        <w:rPr>
          <w:lang w:val="nl-NL"/>
        </w:rPr>
        <w:t xml:space="preserve">nergens een plek vrij is kan de auto tijdelijk op de stoep bij de Laakkade </w:t>
      </w:r>
      <w:proofErr w:type="spellStart"/>
      <w:r w:rsidR="009D4169">
        <w:rPr>
          <w:lang w:val="nl-NL"/>
        </w:rPr>
        <w:t>thv</w:t>
      </w:r>
      <w:proofErr w:type="spellEnd"/>
      <w:r w:rsidR="009D4169">
        <w:rPr>
          <w:lang w:val="nl-NL"/>
        </w:rPr>
        <w:t xml:space="preserve"> 401 geplaatst worden.</w:t>
      </w:r>
    </w:p>
    <w:p w14:paraId="33342658" w14:textId="223B6C02" w:rsidR="003D440D" w:rsidRDefault="009D4169" w:rsidP="0036688A">
      <w:pPr>
        <w:pStyle w:val="Lijstopsomteken"/>
        <w:rPr>
          <w:lang w:val="nl-NL"/>
        </w:rPr>
      </w:pPr>
      <w:r>
        <w:rPr>
          <w:lang w:val="nl-NL"/>
        </w:rPr>
        <w:t>Achterin de auto ligt een sleutel waarmee de rood witte paaltjes</w:t>
      </w:r>
      <w:r w:rsidR="00DD30CC">
        <w:rPr>
          <w:lang w:val="nl-NL"/>
        </w:rPr>
        <w:t xml:space="preserve"> (zie foto)</w:t>
      </w:r>
      <w:r>
        <w:rPr>
          <w:lang w:val="nl-NL"/>
        </w:rPr>
        <w:t xml:space="preserve"> kunnen worden </w:t>
      </w:r>
      <w:r w:rsidR="00DD30CC">
        <w:rPr>
          <w:lang w:val="nl-NL"/>
        </w:rPr>
        <w:t>losgemaakt.</w:t>
      </w:r>
      <w:r w:rsidR="003D440D">
        <w:rPr>
          <w:lang w:val="nl-NL"/>
        </w:rPr>
        <w:t xml:space="preserve"> De auto kan dan op de stoep worden geplaatst.</w:t>
      </w:r>
    </w:p>
    <w:p w14:paraId="5A858DFC" w14:textId="144EBC0E" w:rsidR="00DD30CC" w:rsidRDefault="00DD30CC" w:rsidP="00A07448">
      <w:pPr>
        <w:pStyle w:val="Lijstopsomteken"/>
        <w:numPr>
          <w:ilvl w:val="0"/>
          <w:numId w:val="0"/>
        </w:numPr>
        <w:ind w:left="360"/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12347" wp14:editId="70B5B8F3">
                <wp:simplePos x="0" y="0"/>
                <wp:positionH relativeFrom="column">
                  <wp:posOffset>1775289</wp:posOffset>
                </wp:positionH>
                <wp:positionV relativeFrom="paragraph">
                  <wp:posOffset>1644537</wp:posOffset>
                </wp:positionV>
                <wp:extent cx="525439" cy="805218"/>
                <wp:effectExtent l="57150" t="19050" r="65405" b="90170"/>
                <wp:wrapNone/>
                <wp:docPr id="215531256" name="Pijl: omlaa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80521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5A8B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1" o:spid="_x0000_s1026" type="#_x0000_t67" style="position:absolute;margin-left:139.8pt;margin-top:129.5pt;width:41.35pt;height:6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" adj="1455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1D23A" wp14:editId="30ECEAA8">
                <wp:simplePos x="0" y="0"/>
                <wp:positionH relativeFrom="column">
                  <wp:posOffset>672152</wp:posOffset>
                </wp:positionH>
                <wp:positionV relativeFrom="paragraph">
                  <wp:posOffset>1623799</wp:posOffset>
                </wp:positionV>
                <wp:extent cx="525439" cy="805218"/>
                <wp:effectExtent l="57150" t="19050" r="65405" b="90170"/>
                <wp:wrapNone/>
                <wp:docPr id="575650430" name="Pijl: omlaa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80521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BACB4" id="Pijl: omlaag 1" o:spid="_x0000_s1026" type="#_x0000_t67" style="position:absolute;margin-left:52.95pt;margin-top:127.85pt;width:41.35pt;height:6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" adj="14553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DD30CC">
        <w:rPr>
          <w:lang w:val="nl-NL"/>
        </w:rPr>
        <w:drawing>
          <wp:inline distT="0" distB="0" distL="0" distR="0" wp14:anchorId="09244CD6" wp14:editId="19577B67">
            <wp:extent cx="5486400" cy="4135120"/>
            <wp:effectExtent l="0" t="0" r="0" b="0"/>
            <wp:docPr id="1535557654" name="Afbeelding 1" descr="Afbeelding met buitenshuis, hemel, raam, boo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57654" name="Afbeelding 1" descr="Afbeelding met buitenshuis, hemel, raam, boom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0CBA" w14:textId="77777777" w:rsidR="00A07448" w:rsidRDefault="00A07448" w:rsidP="0036688A">
      <w:pPr>
        <w:pStyle w:val="Lijstopsomteken"/>
        <w:numPr>
          <w:ilvl w:val="0"/>
          <w:numId w:val="0"/>
        </w:numPr>
        <w:ind w:left="360"/>
        <w:rPr>
          <w:lang w:val="nl-NL"/>
        </w:rPr>
      </w:pPr>
    </w:p>
    <w:p w14:paraId="341F7B4D" w14:textId="4ECEA7A4" w:rsidR="003D440D" w:rsidRPr="00CA7137" w:rsidRDefault="003D440D" w:rsidP="00A07448">
      <w:pPr>
        <w:pStyle w:val="Lijstopsomteken"/>
        <w:rPr>
          <w:lang w:val="nl-NL"/>
        </w:rPr>
      </w:pPr>
      <w:r>
        <w:rPr>
          <w:lang w:val="nl-NL"/>
        </w:rPr>
        <w:t>Zodra er weer plek is (vaak de volgende ochtend) zelf de auto weer parkeren, of contact opnemen met de beheerder van de auto.</w:t>
      </w:r>
    </w:p>
    <w:sectPr w:rsidR="003D440D" w:rsidRPr="00CA713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A8DA324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96845201">
    <w:abstractNumId w:val="8"/>
  </w:num>
  <w:num w:numId="2" w16cid:durableId="1788699380">
    <w:abstractNumId w:val="6"/>
  </w:num>
  <w:num w:numId="3" w16cid:durableId="380399680">
    <w:abstractNumId w:val="5"/>
  </w:num>
  <w:num w:numId="4" w16cid:durableId="1360425143">
    <w:abstractNumId w:val="4"/>
  </w:num>
  <w:num w:numId="5" w16cid:durableId="1941452224">
    <w:abstractNumId w:val="7"/>
  </w:num>
  <w:num w:numId="6" w16cid:durableId="1109853401">
    <w:abstractNumId w:val="3"/>
  </w:num>
  <w:num w:numId="7" w16cid:durableId="1695691187">
    <w:abstractNumId w:val="2"/>
  </w:num>
  <w:num w:numId="8" w16cid:durableId="1486511798">
    <w:abstractNumId w:val="1"/>
  </w:num>
  <w:num w:numId="9" w16cid:durableId="1745375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6727"/>
    <w:rsid w:val="00091EB7"/>
    <w:rsid w:val="0015074B"/>
    <w:rsid w:val="0029639D"/>
    <w:rsid w:val="002E5C98"/>
    <w:rsid w:val="00326F90"/>
    <w:rsid w:val="0036688A"/>
    <w:rsid w:val="003D440D"/>
    <w:rsid w:val="005B513F"/>
    <w:rsid w:val="005B73FE"/>
    <w:rsid w:val="00646906"/>
    <w:rsid w:val="0069182D"/>
    <w:rsid w:val="00784186"/>
    <w:rsid w:val="008142D9"/>
    <w:rsid w:val="008528A2"/>
    <w:rsid w:val="00892D13"/>
    <w:rsid w:val="00981973"/>
    <w:rsid w:val="009D4169"/>
    <w:rsid w:val="00A07448"/>
    <w:rsid w:val="00A5465D"/>
    <w:rsid w:val="00A82B03"/>
    <w:rsid w:val="00AA1D8D"/>
    <w:rsid w:val="00AD46A4"/>
    <w:rsid w:val="00B2177A"/>
    <w:rsid w:val="00B44AB1"/>
    <w:rsid w:val="00B47730"/>
    <w:rsid w:val="00CA4B06"/>
    <w:rsid w:val="00CA7137"/>
    <w:rsid w:val="00CB0664"/>
    <w:rsid w:val="00DD30CC"/>
    <w:rsid w:val="00ED5D5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58985A"/>
  <w14:defaultImageDpi w14:val="300"/>
  <w15:docId w15:val="{31BAE56D-0919-4607-96EF-DFF5E6076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Wolf, Rutger</cp:lastModifiedBy>
  <cp:revision>10</cp:revision>
  <dcterms:created xsi:type="dcterms:W3CDTF">2025-05-05T17:12:00Z</dcterms:created>
  <dcterms:modified xsi:type="dcterms:W3CDTF">2025-05-05T17:20:00Z</dcterms:modified>
  <cp:category/>
</cp:coreProperties>
</file>